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DEF5D" w14:textId="50BA3DE0" w:rsidR="00AF0909" w:rsidRPr="00714868" w:rsidRDefault="005533DA">
      <w:pPr>
        <w:pStyle w:val="Nadpis1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t>Správa o výchovno-vzdelávacej činnosti Materskej školy</w:t>
      </w:r>
    </w:p>
    <w:p w14:paraId="0894A0AD" w14:textId="77777777" w:rsidR="00AF0909" w:rsidRPr="00714868" w:rsidRDefault="005533DA">
      <w:r w:rsidRPr="00714868">
        <w:t>Školský rok: 2024/2025</w:t>
      </w:r>
    </w:p>
    <w:p w14:paraId="48E4B0D0" w14:textId="77777777" w:rsidR="00AF0909" w:rsidRPr="00714868" w:rsidRDefault="005533DA">
      <w:pPr>
        <w:pStyle w:val="Nadpis2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t>1. Identifikačné údaje</w:t>
      </w:r>
    </w:p>
    <w:p w14:paraId="085FFC99" w14:textId="62D53DFA" w:rsidR="00AF0909" w:rsidRPr="00714868" w:rsidRDefault="005533DA">
      <w:r w:rsidRPr="00714868">
        <w:t xml:space="preserve">Názov materskej školy: </w:t>
      </w:r>
      <w:r w:rsidR="00E865EF" w:rsidRPr="00714868">
        <w:tab/>
      </w:r>
      <w:r w:rsidRPr="00714868">
        <w:t>Matersk</w:t>
      </w:r>
      <w:r w:rsidR="00E865EF" w:rsidRPr="00714868">
        <w:t xml:space="preserve">á škola </w:t>
      </w:r>
      <w:r w:rsidR="00E865EF" w:rsidRPr="00714868">
        <w:br/>
        <w:t xml:space="preserve">Adresa: </w:t>
      </w:r>
      <w:r w:rsidR="00E865EF" w:rsidRPr="00714868">
        <w:tab/>
      </w:r>
      <w:r w:rsidR="00E865EF" w:rsidRPr="00714868">
        <w:tab/>
      </w:r>
      <w:r w:rsidR="00E865EF" w:rsidRPr="00714868">
        <w:tab/>
        <w:t>Lazová 926/5, Pata</w:t>
      </w:r>
      <w:r w:rsidRPr="00714868">
        <w:br/>
        <w:t xml:space="preserve">Zriaďovateľ: </w:t>
      </w:r>
      <w:r w:rsidR="00E865EF" w:rsidRPr="00714868">
        <w:tab/>
      </w:r>
      <w:r w:rsidR="00E865EF" w:rsidRPr="00714868">
        <w:tab/>
      </w:r>
      <w:r w:rsidR="00E865EF" w:rsidRPr="00714868">
        <w:tab/>
      </w:r>
      <w:r w:rsidRPr="00714868">
        <w:t>Obec Pata</w:t>
      </w:r>
      <w:r w:rsidRPr="00714868">
        <w:br/>
        <w:t xml:space="preserve">Meno riaditeľky: </w:t>
      </w:r>
      <w:r w:rsidR="00E865EF" w:rsidRPr="00714868">
        <w:tab/>
      </w:r>
      <w:r w:rsidR="00E865EF" w:rsidRPr="00714868">
        <w:tab/>
        <w:t>Mgr. Zuzana Mrenková</w:t>
      </w:r>
      <w:r w:rsidRPr="00714868">
        <w:br/>
        <w:t xml:space="preserve">Počet detí: </w:t>
      </w:r>
      <w:r w:rsidR="00E865EF" w:rsidRPr="00714868">
        <w:tab/>
      </w:r>
      <w:r w:rsidR="00E865EF" w:rsidRPr="00714868">
        <w:tab/>
      </w:r>
      <w:r w:rsidR="00E865EF" w:rsidRPr="00714868">
        <w:tab/>
        <w:t>109</w:t>
      </w:r>
      <w:r w:rsidR="00E865EF" w:rsidRPr="00714868">
        <w:br/>
        <w:t xml:space="preserve">Počet tried: </w:t>
      </w:r>
      <w:r w:rsidR="00E865EF" w:rsidRPr="00714868">
        <w:tab/>
      </w:r>
      <w:r w:rsidR="00E865EF" w:rsidRPr="00714868">
        <w:tab/>
      </w:r>
      <w:r w:rsidR="00E865EF" w:rsidRPr="00714868">
        <w:tab/>
        <w:t>5</w:t>
      </w:r>
    </w:p>
    <w:p w14:paraId="29B7843A" w14:textId="08AAABDA" w:rsidR="00BB7F90" w:rsidRPr="00714868" w:rsidRDefault="00BB7F90" w:rsidP="00BB7F90">
      <w:pPr>
        <w:spacing w:after="0"/>
      </w:pPr>
      <w:r w:rsidRPr="00714868">
        <w:t>Forma právnej subjektivity:     od 1.1.2003 s právnou subjektivitou</w:t>
      </w:r>
    </w:p>
    <w:p w14:paraId="7CE1CD02" w14:textId="3D90948D" w:rsidR="00BB7F90" w:rsidRPr="00714868" w:rsidRDefault="00BB7F90" w:rsidP="00BB7F90">
      <w:pPr>
        <w:spacing w:after="0"/>
      </w:pPr>
      <w:r w:rsidRPr="00714868">
        <w:t xml:space="preserve">Poradnými orgánmi sú: </w:t>
      </w:r>
      <w:r w:rsidRPr="00714868">
        <w:tab/>
        <w:t>Pedagogická rada</w:t>
      </w:r>
      <w:r w:rsidRPr="00714868">
        <w:tab/>
      </w:r>
    </w:p>
    <w:p w14:paraId="5A04E2A5" w14:textId="5189545E" w:rsidR="00BB7F90" w:rsidRPr="00714868" w:rsidRDefault="00BB7F90" w:rsidP="00BB7F90">
      <w:pPr>
        <w:spacing w:after="0"/>
      </w:pPr>
      <w:r w:rsidRPr="00714868">
        <w:tab/>
      </w:r>
      <w:r w:rsidRPr="00714868">
        <w:tab/>
      </w:r>
      <w:r w:rsidRPr="00714868">
        <w:tab/>
      </w:r>
      <w:r w:rsidRPr="00714868">
        <w:tab/>
        <w:t>Rada školy</w:t>
      </w:r>
    </w:p>
    <w:p w14:paraId="0877C2EA" w14:textId="1C7689A5" w:rsidR="00BB7F90" w:rsidRPr="00714868" w:rsidRDefault="00BB7F90" w:rsidP="00BB7F90">
      <w:pPr>
        <w:spacing w:after="0"/>
      </w:pPr>
      <w:r w:rsidRPr="00714868">
        <w:t xml:space="preserve">                                      </w:t>
      </w:r>
      <w:r w:rsidRPr="00714868">
        <w:tab/>
      </w:r>
      <w:r w:rsidRPr="00714868">
        <w:tab/>
        <w:t>Združenie rodičov</w:t>
      </w:r>
    </w:p>
    <w:p w14:paraId="2E573E00" w14:textId="029AAA31" w:rsidR="00BB7F90" w:rsidRPr="00714868" w:rsidRDefault="00BB7F90"/>
    <w:p w14:paraId="656A35AC" w14:textId="5214B9D8" w:rsidR="00AF0909" w:rsidRPr="00714868" w:rsidRDefault="005533DA">
      <w:pPr>
        <w:pStyle w:val="Nadpis2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t xml:space="preserve">2. </w:t>
      </w:r>
      <w:r w:rsidR="00714868">
        <w:rPr>
          <w:rFonts w:asciiTheme="minorHAnsi" w:hAnsiTheme="minorHAnsi"/>
          <w:sz w:val="22"/>
          <w:szCs w:val="22"/>
        </w:rPr>
        <w:tab/>
      </w:r>
      <w:r w:rsidRPr="00714868">
        <w:rPr>
          <w:rFonts w:asciiTheme="minorHAnsi" w:hAnsiTheme="minorHAnsi"/>
          <w:sz w:val="22"/>
          <w:szCs w:val="22"/>
        </w:rPr>
        <w:t>Charakteristika školy</w:t>
      </w:r>
    </w:p>
    <w:p w14:paraId="6D264BC3" w14:textId="27FC047E" w:rsidR="00D9579F" w:rsidRPr="00714868" w:rsidRDefault="005533DA" w:rsidP="00D9579F">
      <w:pPr>
        <w:spacing w:after="0"/>
      </w:pPr>
      <w:r w:rsidRPr="00714868">
        <w:t>Materská škola Pata je materská škola</w:t>
      </w:r>
      <w:r w:rsidR="00E903AA" w:rsidRPr="00714868">
        <w:t xml:space="preserve"> s celodennou prevádzkou</w:t>
      </w:r>
      <w:r w:rsidRPr="00714868">
        <w:t xml:space="preserve"> s celkovým počtom 109 detí. </w:t>
      </w:r>
      <w:r w:rsidR="00E903AA" w:rsidRPr="00714868">
        <w:t>Deti sú rozdelené v 5 tried, podľa veku od 2,5r do</w:t>
      </w:r>
      <w:r w:rsidR="00D9579F" w:rsidRPr="00714868">
        <w:t xml:space="preserve"> </w:t>
      </w:r>
      <w:r w:rsidR="00E903AA" w:rsidRPr="00714868">
        <w:t>6rokov</w:t>
      </w:r>
      <w:r w:rsidR="00E865EF" w:rsidRPr="00714868">
        <w:t xml:space="preserve">.  </w:t>
      </w:r>
      <w:r w:rsidR="00D9579F" w:rsidRPr="00714868">
        <w:t xml:space="preserve">Deti plniace povinné predprimárne vzdelávanie sú rozdelené </w:t>
      </w:r>
      <w:r w:rsidR="003C5E95" w:rsidRPr="00714868">
        <w:t>v</w:t>
      </w:r>
      <w:r w:rsidR="00D9579F" w:rsidRPr="00714868">
        <w:t xml:space="preserve"> 2</w:t>
      </w:r>
      <w:r w:rsidR="003C5E95" w:rsidRPr="00714868">
        <w:t xml:space="preserve"> </w:t>
      </w:r>
      <w:r w:rsidR="00D9579F" w:rsidRPr="00714868">
        <w:t>tried</w:t>
      </w:r>
      <w:r w:rsidR="003C5E95" w:rsidRPr="00714868">
        <w:t>ach</w:t>
      </w:r>
      <w:r w:rsidR="00D9579F" w:rsidRPr="00714868">
        <w:t>. Počet detí v triedach určuje zákon č.245/2008 Z.z o výchove a vzdelávaní</w:t>
      </w:r>
      <w:r w:rsidR="003C5E95" w:rsidRPr="00714868">
        <w:t>, pri slnení podmienok</w:t>
      </w:r>
      <w:r w:rsidR="00D9579F" w:rsidRPr="00714868">
        <w:t xml:space="preserve"> </w:t>
      </w:r>
      <w:r w:rsidR="003C5E95" w:rsidRPr="00714868">
        <w:t xml:space="preserve">s možnosťou navýšenia počtu maximálne o 3deti na triede, ktorú využívame je naplnená maximálna kapacita MŠ 109detí. </w:t>
      </w:r>
      <w:r w:rsidR="008162B2">
        <w:t xml:space="preserve">I.tr-15, II.tr.–20, III.tr.–24, IV.tr.–25, V.tr.-25. </w:t>
      </w:r>
    </w:p>
    <w:p w14:paraId="3699FB40" w14:textId="2EBDD7FB" w:rsidR="00AF0909" w:rsidRDefault="005533DA" w:rsidP="00714868">
      <w:pPr>
        <w:spacing w:after="0"/>
      </w:pPr>
      <w:r w:rsidRPr="00714868">
        <w:t xml:space="preserve">Škola poskytuje predprimárne </w:t>
      </w:r>
      <w:r w:rsidR="00E865EF" w:rsidRPr="00714868">
        <w:t xml:space="preserve">vzdelávanie v súlade so Štátnym </w:t>
      </w:r>
      <w:r w:rsidRPr="00714868">
        <w:t xml:space="preserve">vzdelávacím programom ISCED 0. </w:t>
      </w:r>
      <w:r w:rsidRPr="00714868">
        <w:br/>
        <w:t>Školský vzdelávací program je zameraný na všestranný rozvoj osobnosti dieťaťa s</w:t>
      </w:r>
      <w:r w:rsidR="00E865EF" w:rsidRPr="00714868">
        <w:t xml:space="preserve"> dôrazom na rozvoj pohybových, </w:t>
      </w:r>
      <w:r w:rsidRPr="00714868">
        <w:t>poznávacích, sociálnych a komunikačných schopností. MŠ vytvára bezpečné a podnetné prostredie pre všetky deti.</w:t>
      </w:r>
    </w:p>
    <w:p w14:paraId="44137566" w14:textId="77777777" w:rsidR="00714868" w:rsidRPr="00714868" w:rsidRDefault="00714868" w:rsidP="00714868">
      <w:pPr>
        <w:spacing w:after="0"/>
      </w:pPr>
    </w:p>
    <w:p w14:paraId="4C489214" w14:textId="10095BD5" w:rsidR="00AF0909" w:rsidRPr="00714868" w:rsidRDefault="005533DA">
      <w:pPr>
        <w:pStyle w:val="Nadpis2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t xml:space="preserve">3. </w:t>
      </w:r>
      <w:r w:rsidR="00714868">
        <w:rPr>
          <w:rFonts w:asciiTheme="minorHAnsi" w:hAnsiTheme="minorHAnsi"/>
          <w:sz w:val="22"/>
          <w:szCs w:val="22"/>
        </w:rPr>
        <w:tab/>
      </w:r>
      <w:r w:rsidRPr="00714868">
        <w:rPr>
          <w:rFonts w:asciiTheme="minorHAnsi" w:hAnsiTheme="minorHAnsi"/>
          <w:sz w:val="22"/>
          <w:szCs w:val="22"/>
        </w:rPr>
        <w:t>Výchovno-vzdelávacia činnosť</w:t>
      </w:r>
    </w:p>
    <w:p w14:paraId="1718DC37" w14:textId="06EC7878" w:rsidR="00AF0909" w:rsidRPr="00714868" w:rsidRDefault="005533DA">
      <w:r w:rsidRPr="00714868">
        <w:t>Výchovno-vzdelávacia činnosť prebiehala podľa školského vzdelávacieho prog</w:t>
      </w:r>
      <w:r w:rsidR="00E865EF" w:rsidRPr="00714868">
        <w:t>ramu a bola</w:t>
      </w:r>
      <w:r w:rsidR="0007650D" w:rsidRPr="00714868">
        <w:t xml:space="preserve"> </w:t>
      </w:r>
      <w:r w:rsidR="00E865EF" w:rsidRPr="00714868">
        <w:t xml:space="preserve">zameraná na rozvoj </w:t>
      </w:r>
      <w:r w:rsidRPr="00714868">
        <w:t>základných kompetencií detí prostredníctvom hier, tvorivých a zážitkových</w:t>
      </w:r>
      <w:r w:rsidR="00E865EF" w:rsidRPr="00714868">
        <w:t xml:space="preserve"> aktivít. Učiteľky uplatňovali </w:t>
      </w:r>
      <w:r w:rsidRPr="00714868">
        <w:t>individuálny prístup, podporovali sebahodnotenie a samostatnosť detí. Do vzde</w:t>
      </w:r>
      <w:r w:rsidR="00E865EF" w:rsidRPr="00714868">
        <w:t xml:space="preserve">lávania boli zapájané témy ako </w:t>
      </w:r>
      <w:r w:rsidRPr="00714868">
        <w:t>zdravý životný štýl, ochrana prírody,</w:t>
      </w:r>
      <w:r w:rsidR="00B45CDD" w:rsidRPr="00714868">
        <w:t xml:space="preserve"> enviromentálna,</w:t>
      </w:r>
      <w:r w:rsidRPr="00714868">
        <w:t xml:space="preserve"> dopravná výchova, kultúrne a spoločenské správanie.</w:t>
      </w:r>
    </w:p>
    <w:p w14:paraId="2FC4E061" w14:textId="2B4EFB3F" w:rsidR="00AF0909" w:rsidRPr="00714868" w:rsidRDefault="005533DA">
      <w:pPr>
        <w:pStyle w:val="Nadpis2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t xml:space="preserve">4. </w:t>
      </w:r>
      <w:r w:rsidR="00714868">
        <w:rPr>
          <w:rFonts w:asciiTheme="minorHAnsi" w:hAnsiTheme="minorHAnsi"/>
          <w:sz w:val="22"/>
          <w:szCs w:val="22"/>
        </w:rPr>
        <w:tab/>
      </w:r>
      <w:r w:rsidRPr="00714868">
        <w:rPr>
          <w:rFonts w:asciiTheme="minorHAnsi" w:hAnsiTheme="minorHAnsi"/>
          <w:sz w:val="22"/>
          <w:szCs w:val="22"/>
        </w:rPr>
        <w:t>Výsledky výchovno-vzdelávacej činnosti</w:t>
      </w:r>
    </w:p>
    <w:p w14:paraId="2EE0BE22" w14:textId="529E7865" w:rsidR="00AF0909" w:rsidRPr="00714868" w:rsidRDefault="005533DA">
      <w:r w:rsidRPr="00714868">
        <w:t>Ciele stanovené v školskom vzdelávacom programe boli naplnené. Deti dos</w:t>
      </w:r>
      <w:r w:rsidR="00E865EF" w:rsidRPr="00714868">
        <w:t xml:space="preserve">iahli primeranú úroveň rozvoja </w:t>
      </w:r>
      <w:r w:rsidRPr="00714868">
        <w:t>jazykových, poznávacích, pohybových a sociálnych zručností. Väčšina p</w:t>
      </w:r>
      <w:r w:rsidR="00E865EF" w:rsidRPr="00714868">
        <w:t>redškolákov</w:t>
      </w:r>
      <w:r w:rsidR="0007650D" w:rsidRPr="00714868">
        <w:t xml:space="preserve"> </w:t>
      </w:r>
      <w:r w:rsidR="00E865EF" w:rsidRPr="00714868">
        <w:t xml:space="preserve">preukázala školskú </w:t>
      </w:r>
      <w:r w:rsidRPr="00714868">
        <w:t xml:space="preserve">pripravenosť a úspešne zvládla prechod do základnej školy. </w:t>
      </w:r>
      <w:r w:rsidR="00E865EF" w:rsidRPr="00714868">
        <w:t xml:space="preserve">Do ZŠ odišlo 36 </w:t>
      </w:r>
      <w:r w:rsidR="00B45CDD" w:rsidRPr="00714868">
        <w:t xml:space="preserve">z 39 </w:t>
      </w:r>
      <w:r w:rsidR="00E865EF" w:rsidRPr="00714868">
        <w:t>predškolákov</w:t>
      </w:r>
      <w:r w:rsidR="00390AFB" w:rsidRPr="00714868">
        <w:t xml:space="preserve"> a boli tiež </w:t>
      </w:r>
      <w:r w:rsidR="00E865EF" w:rsidRPr="00714868">
        <w:t xml:space="preserve">predčasne zaškolené </w:t>
      </w:r>
      <w:r w:rsidR="003C5E95" w:rsidRPr="00714868">
        <w:t xml:space="preserve">2deti </w:t>
      </w:r>
      <w:r w:rsidR="00E865EF" w:rsidRPr="00714868">
        <w:t xml:space="preserve">na základe rozhodnutia a žiadosti zákonných zástupcov. </w:t>
      </w:r>
      <w:r w:rsidRPr="00714868">
        <w:t>Diagnostika detí p</w:t>
      </w:r>
      <w:r w:rsidR="00E865EF" w:rsidRPr="00714868">
        <w:t xml:space="preserve">rebiehala priebežne a výsledky </w:t>
      </w:r>
      <w:r w:rsidRPr="00714868">
        <w:t>boli využívané na individualizáciu výchovno-vzdelávacej práce.</w:t>
      </w:r>
    </w:p>
    <w:p w14:paraId="247D9E7F" w14:textId="364951A9" w:rsidR="000F06B1" w:rsidRPr="00714868" w:rsidRDefault="000F06B1" w:rsidP="00714868">
      <w:pPr>
        <w:spacing w:after="0"/>
        <w:rPr>
          <w:b/>
          <w:color w:val="4F81BD" w:themeColor="accent1"/>
        </w:rPr>
      </w:pPr>
      <w:r w:rsidRPr="00714868">
        <w:rPr>
          <w:b/>
          <w:color w:val="4F81BD" w:themeColor="accent1"/>
        </w:rPr>
        <w:lastRenderedPageBreak/>
        <w:t>5.</w:t>
      </w:r>
      <w:r w:rsidRPr="00714868">
        <w:rPr>
          <w:b/>
          <w:color w:val="4F81BD" w:themeColor="accent1"/>
        </w:rPr>
        <w:tab/>
        <w:t>Zovšeobecnenia z vnútroškolskej kontroly a návrh opatrení</w:t>
      </w:r>
    </w:p>
    <w:p w14:paraId="35CEA16D" w14:textId="2A73ED60" w:rsidR="000F06B1" w:rsidRPr="00714868" w:rsidRDefault="000D6BD8" w:rsidP="00714868">
      <w:pPr>
        <w:spacing w:after="0"/>
      </w:pPr>
      <w:r>
        <w:t>Z kontrô</w:t>
      </w:r>
      <w:r w:rsidR="000F06B1" w:rsidRPr="00714868">
        <w:t>l bolo vypracovaných 7 hospitačných a 11 kontrolných záznamov. Zovšeobecnenie z vnútroškolskej kontroly boli prejednávané na pedagogických radách a prevádzkových poradách. Všetci zamestnanci boli kontrolovaní, či sa riadia platnou legislatívnou, dodržiavajú smernicu BOZP a PO, vnútorný, pracovný a organizačný poriadok MŠ.</w:t>
      </w:r>
    </w:p>
    <w:p w14:paraId="69B581FA" w14:textId="275ED934" w:rsidR="000F06B1" w:rsidRPr="00714868" w:rsidRDefault="000F06B1" w:rsidP="000F06B1">
      <w:pPr>
        <w:spacing w:after="0"/>
      </w:pPr>
      <w:r w:rsidRPr="00714868">
        <w:t>Odporúčania z vnútroškolskej kontroly:</w:t>
      </w:r>
    </w:p>
    <w:p w14:paraId="078D965D" w14:textId="124D885F" w:rsidR="000F06B1" w:rsidRPr="00714868" w:rsidRDefault="000F06B1" w:rsidP="000F06B1">
      <w:pPr>
        <w:spacing w:after="0"/>
      </w:pPr>
      <w:r w:rsidRPr="00714868">
        <w:t>-</w:t>
      </w:r>
      <w:r w:rsidRPr="00714868">
        <w:tab/>
        <w:t>vytvárať podmienky pre ďalšie vzdelávanie pedagogických zamestnancov</w:t>
      </w:r>
      <w:r w:rsidR="008162B2">
        <w:t>.</w:t>
      </w:r>
    </w:p>
    <w:p w14:paraId="7CBF55D6" w14:textId="1B86829D" w:rsidR="000F06B1" w:rsidRPr="00714868" w:rsidRDefault="000F06B1" w:rsidP="000F06B1">
      <w:pPr>
        <w:spacing w:after="0"/>
      </w:pPr>
      <w:r w:rsidRPr="00714868">
        <w:t>-</w:t>
      </w:r>
      <w:r w:rsidRPr="00714868">
        <w:tab/>
        <w:t>zúčastniť sa na ďalšom vzdelávaní s cieľom osobného rozvoja a pokračovať v individuálnom sebavzdelávaní sa s využitím štúdia odbornej literatúry a časopisov, sledovania internetových stránok so zameraním na predškolskú pedagogiku</w:t>
      </w:r>
      <w:r w:rsidR="008162B2">
        <w:t>.</w:t>
      </w:r>
    </w:p>
    <w:p w14:paraId="016108DB" w14:textId="0E8B92AC" w:rsidR="000F06B1" w:rsidRPr="00714868" w:rsidRDefault="000F06B1" w:rsidP="000F06B1">
      <w:pPr>
        <w:spacing w:after="0"/>
      </w:pPr>
      <w:r w:rsidRPr="00714868">
        <w:t>-</w:t>
      </w:r>
      <w:r w:rsidRPr="00714868">
        <w:tab/>
        <w:t>Naďalej stimulovať rozvoj predčitateľskej a komunikačnej gramotnosti</w:t>
      </w:r>
      <w:r w:rsidR="008162B2">
        <w:t>.</w:t>
      </w:r>
    </w:p>
    <w:p w14:paraId="029D5EBA" w14:textId="78E89AE7" w:rsidR="000F06B1" w:rsidRPr="00714868" w:rsidRDefault="000F06B1" w:rsidP="000F06B1">
      <w:pPr>
        <w:spacing w:after="0"/>
      </w:pPr>
      <w:r w:rsidRPr="00714868">
        <w:t>-</w:t>
      </w:r>
      <w:r w:rsidRPr="00714868">
        <w:tab/>
        <w:t>Pravidelne cvičiť zdravotné cvičenia a  využívať vhodné náradie a náčinie pri cvičení</w:t>
      </w:r>
      <w:r w:rsidR="008162B2">
        <w:t>.</w:t>
      </w:r>
    </w:p>
    <w:p w14:paraId="02C83C4E" w14:textId="605A07C3" w:rsidR="000F06B1" w:rsidRPr="00714868" w:rsidRDefault="000F06B1" w:rsidP="000F06B1">
      <w:pPr>
        <w:spacing w:after="0"/>
      </w:pPr>
      <w:r w:rsidRPr="00714868">
        <w:t>-</w:t>
      </w:r>
      <w:r w:rsidRPr="00714868">
        <w:tab/>
        <w:t>Využívať pobyt vonku na rozvoj psychomotorických kompetencií, špeciálnych zručností</w:t>
      </w:r>
      <w:r w:rsidR="008162B2">
        <w:t>.</w:t>
      </w:r>
    </w:p>
    <w:p w14:paraId="7B8A23AE" w14:textId="37B97213" w:rsidR="000F06B1" w:rsidRPr="00714868" w:rsidRDefault="000F06B1" w:rsidP="000F06B1">
      <w:pPr>
        <w:spacing w:after="0"/>
      </w:pPr>
      <w:r w:rsidRPr="00714868">
        <w:t>-</w:t>
      </w:r>
      <w:r w:rsidRPr="00714868">
        <w:tab/>
        <w:t>Spolupracovať s logopedičkou za účelom odstránenia nesprávnej výslovnosti detí</w:t>
      </w:r>
      <w:r w:rsidR="008162B2">
        <w:t>.</w:t>
      </w:r>
    </w:p>
    <w:p w14:paraId="36A3B33B" w14:textId="6DFDABEC" w:rsidR="000F06B1" w:rsidRPr="00714868" w:rsidRDefault="000F06B1" w:rsidP="000F06B1">
      <w:pPr>
        <w:spacing w:after="0"/>
      </w:pPr>
      <w:r w:rsidRPr="00714868">
        <w:t>-</w:t>
      </w:r>
      <w:r w:rsidRPr="00714868">
        <w:tab/>
        <w:t>Vytvárať priaznivú  klímu a prostredie pre všetky deti počas celého pobytu v MŠ</w:t>
      </w:r>
      <w:r w:rsidR="008162B2">
        <w:t>.</w:t>
      </w:r>
    </w:p>
    <w:p w14:paraId="57B75C94" w14:textId="77777777" w:rsidR="006F1AAD" w:rsidRDefault="006F1AAD" w:rsidP="000F06B1">
      <w:pPr>
        <w:spacing w:after="0"/>
        <w:rPr>
          <w:b/>
        </w:rPr>
      </w:pPr>
    </w:p>
    <w:p w14:paraId="39884B5E" w14:textId="24F4A053" w:rsidR="000F06B1" w:rsidRPr="00714868" w:rsidRDefault="000F06B1" w:rsidP="000F06B1">
      <w:pPr>
        <w:spacing w:after="0"/>
        <w:rPr>
          <w:b/>
        </w:rPr>
      </w:pPr>
      <w:r w:rsidRPr="00714868">
        <w:rPr>
          <w:b/>
        </w:rPr>
        <w:t>Výsledky  inšpekcie:</w:t>
      </w:r>
    </w:p>
    <w:p w14:paraId="2DBF988C" w14:textId="18C3CD3B" w:rsidR="000F06B1" w:rsidRPr="00714868" w:rsidRDefault="00F46A57" w:rsidP="000F06B1">
      <w:pPr>
        <w:spacing w:after="0"/>
      </w:pPr>
      <w:r w:rsidRPr="00714868">
        <w:t>Od 22.04.2025 do 22.05.2025 bola vykonaná hlavnou kontrolórkou obce kontrola</w:t>
      </w:r>
      <w:r w:rsidR="008162B2">
        <w:t xml:space="preserve"> s cieľom</w:t>
      </w:r>
      <w:r w:rsidRPr="00714868">
        <w:t>:</w:t>
      </w:r>
    </w:p>
    <w:p w14:paraId="3122C67E" w14:textId="2AA501D0" w:rsidR="00F46A57" w:rsidRPr="00714868" w:rsidRDefault="00714868" w:rsidP="000F06B1">
      <w:pPr>
        <w:spacing w:after="0"/>
      </w:pPr>
      <w:r>
        <w:t>1.</w:t>
      </w:r>
      <w:r>
        <w:tab/>
      </w:r>
      <w:r w:rsidR="00F46A57" w:rsidRPr="00714868">
        <w:t>Preverenie počtu pedagogických a nepedagogických zamestnancov v MŠ</w:t>
      </w:r>
      <w:r w:rsidR="008162B2">
        <w:t>.</w:t>
      </w:r>
    </w:p>
    <w:p w14:paraId="1C58FEFE" w14:textId="1207F24B" w:rsidR="00F46A57" w:rsidRPr="00714868" w:rsidRDefault="00714868" w:rsidP="000F06B1">
      <w:pPr>
        <w:spacing w:after="0"/>
      </w:pPr>
      <w:r>
        <w:t>2.</w:t>
      </w:r>
      <w:r>
        <w:tab/>
      </w:r>
      <w:r w:rsidR="00F46A57" w:rsidRPr="00714868">
        <w:t xml:space="preserve">Rozpočet MŠ Pata na rok 2024, vrátane všetkých rozpočtových opatrení vykonaných v roku </w:t>
      </w:r>
      <w:r>
        <w:tab/>
      </w:r>
      <w:r w:rsidR="00F46A57" w:rsidRPr="00714868">
        <w:t>2024</w:t>
      </w:r>
    </w:p>
    <w:p w14:paraId="0281A5C7" w14:textId="72D254CB" w:rsidR="00F46A57" w:rsidRPr="00714868" w:rsidRDefault="00F46A57" w:rsidP="000F06B1">
      <w:pPr>
        <w:spacing w:after="0"/>
      </w:pPr>
      <w:r w:rsidRPr="00714868">
        <w:tab/>
        <w:t>-</w:t>
      </w:r>
      <w:r w:rsidRPr="00714868">
        <w:tab/>
        <w:t>Čerpanie rozpočtu MŠ Pata v roku 2024 /vrátane výkazu FIM 1-12/</w:t>
      </w:r>
    </w:p>
    <w:p w14:paraId="1AA9B373" w14:textId="75233E4A" w:rsidR="00F46A57" w:rsidRPr="00714868" w:rsidRDefault="00F46A57" w:rsidP="000F06B1">
      <w:pPr>
        <w:spacing w:after="0"/>
      </w:pPr>
      <w:r w:rsidRPr="00714868">
        <w:t>-</w:t>
      </w:r>
      <w:r w:rsidRPr="00714868">
        <w:tab/>
        <w:t>Mzdová evidencia a vyplácanie odmien:</w:t>
      </w:r>
    </w:p>
    <w:p w14:paraId="641990F2" w14:textId="7923DDFB" w:rsidR="00F46A57" w:rsidRPr="00714868" w:rsidRDefault="00F46A57" w:rsidP="000F06B1">
      <w:pPr>
        <w:spacing w:after="0"/>
      </w:pPr>
      <w:r w:rsidRPr="00714868">
        <w:tab/>
        <w:t>-</w:t>
      </w:r>
      <w:r w:rsidRPr="00714868">
        <w:tab/>
        <w:t>osobné spisy všetkých zamestnancov MŠ</w:t>
      </w:r>
    </w:p>
    <w:p w14:paraId="7007D407" w14:textId="0A0BEBFB" w:rsidR="00F46A57" w:rsidRPr="00714868" w:rsidRDefault="00F46A57" w:rsidP="000F06B1">
      <w:pPr>
        <w:spacing w:after="0"/>
      </w:pPr>
      <w:r w:rsidRPr="00714868">
        <w:tab/>
        <w:t>-</w:t>
      </w:r>
      <w:r w:rsidRPr="00714868">
        <w:tab/>
        <w:t>návrhy na priznanie odmien zamestnancov MŠ Pata v roku 2024</w:t>
      </w:r>
    </w:p>
    <w:p w14:paraId="0668B5F5" w14:textId="7A16BDA6" w:rsidR="00F46A57" w:rsidRDefault="00F46A57" w:rsidP="000F06B1">
      <w:pPr>
        <w:spacing w:after="0"/>
      </w:pPr>
      <w:r w:rsidRPr="00714868">
        <w:tab/>
        <w:t>-</w:t>
      </w:r>
      <w:r w:rsidRPr="00714868">
        <w:tab/>
        <w:t>mzdová evidencia zamestnancov za rok 2024</w:t>
      </w:r>
    </w:p>
    <w:p w14:paraId="5576884F" w14:textId="55E6ECB4" w:rsidR="00714868" w:rsidRDefault="00714868" w:rsidP="000F06B1">
      <w:pPr>
        <w:spacing w:after="0"/>
      </w:pPr>
      <w:r>
        <w:tab/>
        <w:t>-</w:t>
      </w:r>
      <w:r>
        <w:tab/>
        <w:t>finančné kontroly vykonané v roku 2024</w:t>
      </w:r>
    </w:p>
    <w:p w14:paraId="17139DD8" w14:textId="06D27933" w:rsidR="00714868" w:rsidRDefault="00714868" w:rsidP="000F06B1">
      <w:pPr>
        <w:spacing w:after="0"/>
      </w:pPr>
      <w:r w:rsidRPr="00714868">
        <w:t>Kontrolou neboli zistené žiadne porušenia všeobecno-právnych či interných predpisov</w:t>
      </w:r>
      <w:r>
        <w:t xml:space="preserve"> v oblasti zaraďovania, odmeňovania zamestnancov, v odvádzaní odvodov a ani v oblasti agendy kontrolovaného subjektu</w:t>
      </w:r>
      <w:r w:rsidRPr="00714868">
        <w:t>.</w:t>
      </w:r>
    </w:p>
    <w:p w14:paraId="1D876CDD" w14:textId="77777777" w:rsidR="00714868" w:rsidRDefault="00714868" w:rsidP="000F06B1">
      <w:pPr>
        <w:spacing w:after="0"/>
      </w:pPr>
    </w:p>
    <w:p w14:paraId="538060C9" w14:textId="5B25512C" w:rsidR="00714868" w:rsidRDefault="00714868" w:rsidP="000F06B1">
      <w:pPr>
        <w:spacing w:after="0"/>
      </w:pPr>
      <w:r>
        <w:t xml:space="preserve">07.05.2025 prebehla kontrola </w:t>
      </w:r>
      <w:r w:rsidR="00AC421A">
        <w:t xml:space="preserve">výdajne ŠJ pri ZŠ </w:t>
      </w:r>
      <w:r>
        <w:t>zamestnancami RÚVZ:</w:t>
      </w:r>
    </w:p>
    <w:p w14:paraId="2C538783" w14:textId="77C426E2" w:rsidR="00714868" w:rsidRDefault="00714868" w:rsidP="000F06B1">
      <w:pPr>
        <w:spacing w:after="0"/>
      </w:pPr>
      <w:r>
        <w:t>1.</w:t>
      </w:r>
      <w:r>
        <w:tab/>
        <w:t>Kontrola dokumentácie</w:t>
      </w:r>
    </w:p>
    <w:p w14:paraId="3B14B37F" w14:textId="0FCD3817" w:rsidR="00714868" w:rsidRDefault="00AC421A" w:rsidP="000F06B1">
      <w:pPr>
        <w:spacing w:after="0"/>
      </w:pPr>
      <w:r>
        <w:t>2.</w:t>
      </w:r>
      <w:r>
        <w:tab/>
        <w:t>P</w:t>
      </w:r>
      <w:r w:rsidR="00714868">
        <w:t>ožiadavky</w:t>
      </w:r>
      <w:r>
        <w:t xml:space="preserve"> na zariadenia spoločného stravovania</w:t>
      </w:r>
    </w:p>
    <w:p w14:paraId="4EED792F" w14:textId="286B66E4" w:rsidR="00AC421A" w:rsidRDefault="00AC421A" w:rsidP="000F06B1">
      <w:pPr>
        <w:spacing w:after="0"/>
      </w:pPr>
      <w:r>
        <w:t>3.</w:t>
      </w:r>
      <w:r>
        <w:tab/>
        <w:t>Požiadavky na sklad organického odpadu</w:t>
      </w:r>
    </w:p>
    <w:p w14:paraId="3B570F4C" w14:textId="260337EB" w:rsidR="00AC421A" w:rsidRDefault="00AC421A" w:rsidP="000F06B1">
      <w:pPr>
        <w:spacing w:after="0"/>
      </w:pPr>
      <w:r>
        <w:t>4.</w:t>
      </w:r>
      <w:r>
        <w:tab/>
        <w:t xml:space="preserve">Kontrola plnenia povinnosti prevádzkovateľa ZSS </w:t>
      </w:r>
      <w:r w:rsidR="00B77109">
        <w:t xml:space="preserve">a zabezpečenie požiadaviek na výrobu, </w:t>
      </w:r>
      <w:r w:rsidR="00B77109">
        <w:tab/>
        <w:t>prípravu, manipuláciu a podávanie pokrmov...</w:t>
      </w:r>
    </w:p>
    <w:p w14:paraId="6484F8BA" w14:textId="43CB3690" w:rsidR="00B77109" w:rsidRDefault="00B77109" w:rsidP="000F06B1">
      <w:pPr>
        <w:spacing w:after="0"/>
      </w:pPr>
      <w:r>
        <w:t>5.</w:t>
      </w:r>
      <w:r>
        <w:tab/>
        <w:t>Potraviny, suroviny, hotové výrobky</w:t>
      </w:r>
    </w:p>
    <w:p w14:paraId="65F8FBBE" w14:textId="6FD588AD" w:rsidR="00B77109" w:rsidRDefault="00B77109" w:rsidP="000F06B1">
      <w:pPr>
        <w:spacing w:after="0"/>
      </w:pPr>
      <w:r>
        <w:t>6.</w:t>
      </w:r>
      <w:r>
        <w:tab/>
        <w:t>Doklady o odbornej spôsobilosti zamestnancov</w:t>
      </w:r>
    </w:p>
    <w:p w14:paraId="6DE95439" w14:textId="38404809" w:rsidR="00B77109" w:rsidRDefault="00B77109" w:rsidP="000F06B1">
      <w:pPr>
        <w:spacing w:after="0"/>
      </w:pPr>
      <w:r>
        <w:t>7.</w:t>
      </w:r>
      <w:r>
        <w:tab/>
        <w:t xml:space="preserve">Kontrola vstupu neoprávnených osôb </w:t>
      </w:r>
    </w:p>
    <w:p w14:paraId="15184921" w14:textId="06C5F8D7" w:rsidR="00B77109" w:rsidRDefault="00B77109" w:rsidP="000F06B1">
      <w:pPr>
        <w:spacing w:after="0"/>
      </w:pPr>
      <w:r>
        <w:t>8.</w:t>
      </w:r>
      <w:r>
        <w:tab/>
        <w:t>Vstup spoločenských zvierat</w:t>
      </w:r>
    </w:p>
    <w:p w14:paraId="73E80AFF" w14:textId="77B2F04E" w:rsidR="00B77109" w:rsidRDefault="00B77109" w:rsidP="000F06B1">
      <w:pPr>
        <w:spacing w:after="0"/>
      </w:pPr>
      <w:r>
        <w:t>9.</w:t>
      </w:r>
      <w:r>
        <w:tab/>
        <w:t>Zabezpečovanie kontroly ukazovateľov kvality pitnej vody</w:t>
      </w:r>
    </w:p>
    <w:p w14:paraId="75007203" w14:textId="77777777" w:rsidR="006F1AAD" w:rsidRDefault="00B77109" w:rsidP="000F06B1">
      <w:pPr>
        <w:spacing w:after="0"/>
      </w:pPr>
      <w:r>
        <w:t>10.</w:t>
      </w:r>
      <w:r>
        <w:tab/>
        <w:t>Zabezpečenie pitnej vody a teplej vody</w:t>
      </w:r>
    </w:p>
    <w:p w14:paraId="6120FEC5" w14:textId="4D8EA944" w:rsidR="00B77109" w:rsidRDefault="00B77109" w:rsidP="000F06B1">
      <w:pPr>
        <w:spacing w:after="0"/>
      </w:pPr>
      <w:r>
        <w:lastRenderedPageBreak/>
        <w:t>11.</w:t>
      </w:r>
      <w:r>
        <w:tab/>
        <w:t>Zásobovanie pitnou vodou</w:t>
      </w:r>
    </w:p>
    <w:p w14:paraId="1D106FC9" w14:textId="4F798CB9" w:rsidR="00B77109" w:rsidRDefault="00B77109" w:rsidP="000F06B1">
      <w:pPr>
        <w:spacing w:after="0"/>
      </w:pPr>
      <w:r>
        <w:t>Zistené nedostatky:</w:t>
      </w:r>
    </w:p>
    <w:p w14:paraId="05186682" w14:textId="0DD2B05F" w:rsidR="00B77109" w:rsidRDefault="00B77109" w:rsidP="000F06B1">
      <w:pPr>
        <w:spacing w:after="0"/>
      </w:pPr>
      <w:r>
        <w:t>Vykonanie maľovky v VŠJ, zlepšenie celkovej prevádzkovej hygieny.</w:t>
      </w:r>
    </w:p>
    <w:p w14:paraId="66C4E18F" w14:textId="564AFEB0" w:rsidR="00B77109" w:rsidRDefault="00B77109" w:rsidP="000F06B1">
      <w:pPr>
        <w:spacing w:after="0"/>
      </w:pPr>
      <w:r>
        <w:t xml:space="preserve">Nedostatky boli odstránené. </w:t>
      </w:r>
    </w:p>
    <w:p w14:paraId="16198BB1" w14:textId="6D10D266" w:rsidR="00B77109" w:rsidRDefault="00B77109" w:rsidP="000F06B1">
      <w:pPr>
        <w:spacing w:after="0"/>
      </w:pPr>
    </w:p>
    <w:p w14:paraId="39648FBC" w14:textId="3C339D16" w:rsidR="00B77109" w:rsidRDefault="00B77109" w:rsidP="000F06B1">
      <w:pPr>
        <w:spacing w:after="0"/>
      </w:pPr>
      <w:r>
        <w:t xml:space="preserve">23.06.2025 </w:t>
      </w:r>
      <w:r w:rsidR="00D60E17">
        <w:t xml:space="preserve">prebehla kontrola </w:t>
      </w:r>
      <w:r w:rsidRPr="00B77109">
        <w:t>zamestnancami RÚVZ:</w:t>
      </w:r>
    </w:p>
    <w:p w14:paraId="231E31D5" w14:textId="4D570D40" w:rsidR="00D60E17" w:rsidRDefault="00D60E17" w:rsidP="000F06B1">
      <w:pPr>
        <w:spacing w:after="0"/>
      </w:pPr>
      <w:r>
        <w:t>1.</w:t>
      </w:r>
      <w:r>
        <w:tab/>
        <w:t>Kontrola dokumentácie a ďalších povinností</w:t>
      </w:r>
    </w:p>
    <w:p w14:paraId="1FA439C0" w14:textId="67868D97" w:rsidR="00D60E17" w:rsidRDefault="00D60E17" w:rsidP="000F06B1">
      <w:pPr>
        <w:spacing w:after="0"/>
      </w:pPr>
      <w:r>
        <w:t>2.</w:t>
      </w:r>
      <w:r>
        <w:tab/>
        <w:t>Priestorové usporiadanie  a funkčné členenie zariadenia pre deti a mládež</w:t>
      </w:r>
    </w:p>
    <w:p w14:paraId="2FF2C7B4" w14:textId="463B914D" w:rsidR="00D60E17" w:rsidRDefault="00D60E17" w:rsidP="000F06B1">
      <w:pPr>
        <w:spacing w:after="0"/>
      </w:pPr>
      <w:r>
        <w:t>3.</w:t>
      </w:r>
      <w:r>
        <w:tab/>
        <w:t>Vybavenie zariadenia pre deti a mládež</w:t>
      </w:r>
    </w:p>
    <w:p w14:paraId="764208F1" w14:textId="47A35FBF" w:rsidR="00D60E17" w:rsidRDefault="00D60E17" w:rsidP="000F06B1">
      <w:pPr>
        <w:spacing w:after="0"/>
      </w:pPr>
      <w:r>
        <w:t>4.</w:t>
      </w:r>
      <w:r>
        <w:tab/>
        <w:t>Zariadenia na osobnú hygienu pre deti a mládež</w:t>
      </w:r>
    </w:p>
    <w:p w14:paraId="619D0FB5" w14:textId="64C198AD" w:rsidR="00D60E17" w:rsidRDefault="00D60E17" w:rsidP="000F06B1">
      <w:pPr>
        <w:spacing w:after="0"/>
      </w:pPr>
      <w:r>
        <w:t>5.</w:t>
      </w:r>
      <w:r>
        <w:tab/>
        <w:t>Šatne</w:t>
      </w:r>
    </w:p>
    <w:p w14:paraId="720B1217" w14:textId="7451F774" w:rsidR="00D60E17" w:rsidRDefault="00D60E17" w:rsidP="000F06B1">
      <w:pPr>
        <w:spacing w:after="0"/>
      </w:pPr>
      <w:r>
        <w:t>6.</w:t>
      </w:r>
      <w:r>
        <w:tab/>
        <w:t>Pitná voda</w:t>
      </w:r>
    </w:p>
    <w:p w14:paraId="078F01C6" w14:textId="463C0A40" w:rsidR="00D60E17" w:rsidRDefault="00D60E17" w:rsidP="000F06B1">
      <w:pPr>
        <w:spacing w:after="0"/>
      </w:pPr>
      <w:r>
        <w:t>7.</w:t>
      </w:r>
      <w:r>
        <w:tab/>
        <w:t>Režim dňa</w:t>
      </w:r>
    </w:p>
    <w:p w14:paraId="08620767" w14:textId="6F8E83A5" w:rsidR="00D60E17" w:rsidRDefault="00D60E17" w:rsidP="000F06B1">
      <w:pPr>
        <w:spacing w:after="0"/>
      </w:pPr>
      <w:r>
        <w:t>8.</w:t>
      </w:r>
      <w:r>
        <w:tab/>
        <w:t>Režim stravovania a pitný režim</w:t>
      </w:r>
    </w:p>
    <w:p w14:paraId="495D3858" w14:textId="4E40AA90" w:rsidR="00D60E17" w:rsidRDefault="00D60E17" w:rsidP="000F06B1">
      <w:pPr>
        <w:spacing w:after="0"/>
      </w:pPr>
      <w:r>
        <w:t>9.</w:t>
      </w:r>
      <w:r>
        <w:tab/>
        <w:t>Výchovno-vzdelávacia činnosť</w:t>
      </w:r>
    </w:p>
    <w:p w14:paraId="28D24ACE" w14:textId="77777777" w:rsidR="00374DC8" w:rsidRDefault="00374DC8" w:rsidP="000F06B1">
      <w:pPr>
        <w:spacing w:after="0"/>
      </w:pPr>
      <w:r>
        <w:t>Zistené nedostatky:</w:t>
      </w:r>
    </w:p>
    <w:p w14:paraId="54AE5820" w14:textId="77777777" w:rsidR="00374DC8" w:rsidRDefault="00374DC8" w:rsidP="000F06B1">
      <w:pPr>
        <w:spacing w:after="0"/>
      </w:pPr>
      <w:r>
        <w:t>Zabezpečiť priečky medzi detskými toaletami, výlevky pre upratovačky na každom podlaží, kryty na osvetlenie.</w:t>
      </w:r>
    </w:p>
    <w:p w14:paraId="6A9AC1A3" w14:textId="5B08409E" w:rsidR="00D60E17" w:rsidRPr="00714868" w:rsidRDefault="00374DC8" w:rsidP="000F06B1">
      <w:pPr>
        <w:spacing w:after="0"/>
      </w:pPr>
      <w:r>
        <w:t>Nedostatky boli odstránené.</w:t>
      </w:r>
      <w:r w:rsidR="00D60E17">
        <w:tab/>
      </w:r>
    </w:p>
    <w:p w14:paraId="7EEAF078" w14:textId="5276E558" w:rsidR="00AF0909" w:rsidRPr="00714868" w:rsidRDefault="000F06B1">
      <w:pPr>
        <w:pStyle w:val="Nadpis2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t>6</w:t>
      </w:r>
      <w:r w:rsidR="005533DA" w:rsidRPr="00714868">
        <w:rPr>
          <w:rFonts w:asciiTheme="minorHAnsi" w:hAnsiTheme="minorHAnsi"/>
          <w:sz w:val="22"/>
          <w:szCs w:val="22"/>
        </w:rPr>
        <w:t>.</w:t>
      </w:r>
      <w:r w:rsidRPr="00714868">
        <w:rPr>
          <w:rFonts w:asciiTheme="minorHAnsi" w:hAnsiTheme="minorHAnsi"/>
          <w:sz w:val="22"/>
          <w:szCs w:val="22"/>
        </w:rPr>
        <w:tab/>
      </w:r>
      <w:r w:rsidR="005533DA" w:rsidRPr="00714868">
        <w:rPr>
          <w:rFonts w:asciiTheme="minorHAnsi" w:hAnsiTheme="minorHAnsi"/>
          <w:sz w:val="22"/>
          <w:szCs w:val="22"/>
        </w:rPr>
        <w:t>Spolupráca a podujatia</w:t>
      </w:r>
    </w:p>
    <w:p w14:paraId="6160CFAD" w14:textId="77777777" w:rsidR="00374DC8" w:rsidRDefault="005533DA" w:rsidP="00374DC8">
      <w:pPr>
        <w:spacing w:after="0"/>
      </w:pPr>
      <w:r w:rsidRPr="00714868">
        <w:t>Materská škola aktívne spolupracovala s obcou, zákla</w:t>
      </w:r>
      <w:r w:rsidR="00FE22FA" w:rsidRPr="00714868">
        <w:t>dnou školou, CPP</w:t>
      </w:r>
      <w:r w:rsidR="00374DC8">
        <w:t>P</w:t>
      </w:r>
      <w:r w:rsidR="00FE22FA" w:rsidRPr="00714868">
        <w:t>,</w:t>
      </w:r>
      <w:r w:rsidR="00E865EF" w:rsidRPr="00714868">
        <w:t xml:space="preserve"> Združením rodičov </w:t>
      </w:r>
      <w:r w:rsidRPr="00714868">
        <w:t>a DSS Nezábudka. Spolupráca bola realizovaná prostredníctvom spoločných po</w:t>
      </w:r>
      <w:r w:rsidR="00E865EF" w:rsidRPr="00714868">
        <w:t xml:space="preserve">dujatí – Deň detí, Deň matiek, </w:t>
      </w:r>
      <w:r w:rsidRPr="00714868">
        <w:t>v</w:t>
      </w:r>
      <w:r w:rsidR="00E865EF" w:rsidRPr="00714868">
        <w:t xml:space="preserve">ianočné besiedky, športové dni, </w:t>
      </w:r>
      <w:r w:rsidRPr="00714868">
        <w:t>environmentálne projekty a preventívne aktivity s hasičmi a políciou.</w:t>
      </w:r>
      <w:r w:rsidR="00374DC8">
        <w:t xml:space="preserve"> Spolupráca bola na dobrej úrovni. </w:t>
      </w:r>
    </w:p>
    <w:p w14:paraId="258A908E" w14:textId="3585998F" w:rsidR="00374DC8" w:rsidRPr="00714868" w:rsidRDefault="00374DC8" w:rsidP="00374DC8">
      <w:pPr>
        <w:spacing w:after="0"/>
      </w:pPr>
      <w:r>
        <w:t>Rodičia boli o činnosti informovaní prostredníctvom rodičovských združení a internetových stránok.  Pomáhali tiež pri finančnom i organizačnom zabezpečení aktivít. Rodičia a príbuzní mohli prispieť 2% z daní na účet združenia.</w:t>
      </w:r>
    </w:p>
    <w:p w14:paraId="7D2D87D2" w14:textId="77777777" w:rsidR="00374DC8" w:rsidRDefault="00374DC8" w:rsidP="00374DC8">
      <w:pPr>
        <w:spacing w:after="0"/>
      </w:pPr>
      <w:r>
        <w:t>MŠ – ZŠ - Koordinácia aktivít pani riaditeľkami</w:t>
      </w:r>
    </w:p>
    <w:p w14:paraId="56C07A46" w14:textId="77777777" w:rsidR="00374DC8" w:rsidRDefault="00374DC8" w:rsidP="00374DC8">
      <w:pPr>
        <w:spacing w:after="0"/>
      </w:pPr>
      <w:r>
        <w:t>MŠ – CPPP - Spolupracovali sme pri diagnostikovaní detí, pri zisťovaní školskej zrelosti.</w:t>
      </w:r>
    </w:p>
    <w:p w14:paraId="40963EF3" w14:textId="311FBA5B" w:rsidR="00374DC8" w:rsidRDefault="00374DC8" w:rsidP="00374DC8">
      <w:pPr>
        <w:spacing w:after="0"/>
      </w:pPr>
      <w:r>
        <w:t>MŠ – logopéd - Deti s poruchami výslovnosti navštevujú logopéda v Seredi a v Galante</w:t>
      </w:r>
    </w:p>
    <w:p w14:paraId="70801AB9" w14:textId="77777777" w:rsidR="00374DC8" w:rsidRPr="00374DC8" w:rsidRDefault="00374DC8" w:rsidP="00374DC8">
      <w:pPr>
        <w:spacing w:after="0"/>
      </w:pPr>
    </w:p>
    <w:p w14:paraId="38C7FDAF" w14:textId="303B5D89" w:rsidR="00913345" w:rsidRPr="00714868" w:rsidRDefault="00E865EF">
      <w:r w:rsidRPr="00714868">
        <w:t xml:space="preserve">V rámci spolupráce sme s firmou Ovin – Zdravo </w:t>
      </w:r>
      <w:r w:rsidR="003918F7" w:rsidRPr="00714868">
        <w:t xml:space="preserve">a chutne </w:t>
      </w:r>
      <w:r w:rsidRPr="00714868">
        <w:t>absolvovali exkurziu v sadoch v Šalgočke</w:t>
      </w:r>
      <w:r w:rsidR="003918F7" w:rsidRPr="00714868">
        <w:t xml:space="preserve"> s názornou ukážkou spracovania ovocia</w:t>
      </w:r>
      <w:r w:rsidRPr="00714868">
        <w:t xml:space="preserve">, navštívilo nás Združenie </w:t>
      </w:r>
      <w:r w:rsidR="00010EFF" w:rsidRPr="00714868">
        <w:t xml:space="preserve">Falconarii- </w:t>
      </w:r>
      <w:r w:rsidR="003918F7" w:rsidRPr="00714868">
        <w:t xml:space="preserve">Sokoliari s prednáškou a </w:t>
      </w:r>
      <w:r w:rsidR="00010EFF" w:rsidRPr="00714868">
        <w:t>ukážkou svojich dravcov, pokračovali sme aj tento rok v dlhodobej spolupráci s Stražanovým bábkarským divadlo</w:t>
      </w:r>
      <w:r w:rsidR="003918F7" w:rsidRPr="00714868">
        <w:t>m</w:t>
      </w:r>
      <w:r w:rsidR="00010EFF" w:rsidRPr="00714868">
        <w:t xml:space="preserve"> </w:t>
      </w:r>
      <w:r w:rsidR="00390AFB" w:rsidRPr="00714868">
        <w:t>z</w:t>
      </w:r>
      <w:r w:rsidR="00010EFF" w:rsidRPr="00714868">
        <w:t xml:space="preserve"> dynastie bábkarov ktorí hrajú nepretržite už 140rokov, </w:t>
      </w:r>
      <w:r w:rsidR="00913345" w:rsidRPr="00714868">
        <w:t>zúčastnili sme sa vzdelávacieho program enviromentálnej výchovy</w:t>
      </w:r>
      <w:r w:rsidR="00FE22FA" w:rsidRPr="00714868">
        <w:t xml:space="preserve"> – Arakovo.</w:t>
      </w:r>
    </w:p>
    <w:p w14:paraId="6B5BF78A" w14:textId="5923F8C1" w:rsidR="00913345" w:rsidRPr="00714868" w:rsidRDefault="0007650D">
      <w:r w:rsidRPr="00714868">
        <w:t>V</w:t>
      </w:r>
      <w:r w:rsidR="00010EFF" w:rsidRPr="00714868">
        <w:t xml:space="preserve"> rámci spolupráce s rodičmi to boli jesenné tvorivé dielne, posed</w:t>
      </w:r>
      <w:r w:rsidR="003918F7" w:rsidRPr="00714868">
        <w:t>e</w:t>
      </w:r>
      <w:r w:rsidR="00010EFF" w:rsidRPr="00714868">
        <w:t>nie pri vianočnom stromčeku,</w:t>
      </w:r>
      <w:r w:rsidR="003918F7" w:rsidRPr="00714868">
        <w:t xml:space="preserve"> brigáda a aktivity pri príležitosti Dňa Zeme,</w:t>
      </w:r>
      <w:r w:rsidRPr="00714868">
        <w:t xml:space="preserve"> slávnostná rozlúčka s predškolákmi.</w:t>
      </w:r>
      <w:r w:rsidR="003918F7" w:rsidRPr="00714868">
        <w:t xml:space="preserve"> </w:t>
      </w:r>
    </w:p>
    <w:p w14:paraId="42346896" w14:textId="7D5AC7FA" w:rsidR="00B45CDD" w:rsidRPr="00714868" w:rsidRDefault="0007650D">
      <w:r w:rsidRPr="00714868">
        <w:t>Z</w:t>
      </w:r>
      <w:r w:rsidR="00010EFF" w:rsidRPr="00714868">
        <w:t xml:space="preserve">apojili sme sa do </w:t>
      </w:r>
      <w:r w:rsidR="009D6287" w:rsidRPr="00714868">
        <w:t xml:space="preserve">programov - </w:t>
      </w:r>
      <w:r w:rsidR="00010EFF" w:rsidRPr="00714868">
        <w:t>projekt</w:t>
      </w:r>
      <w:r w:rsidRPr="00714868">
        <w:t>ov</w:t>
      </w:r>
      <w:r w:rsidR="00010EFF" w:rsidRPr="00714868">
        <w:t xml:space="preserve"> Vyzuj papuče</w:t>
      </w:r>
      <w:r w:rsidRPr="00714868">
        <w:t xml:space="preserve"> </w:t>
      </w:r>
      <w:r w:rsidR="003918F7" w:rsidRPr="00714868">
        <w:t>-</w:t>
      </w:r>
      <w:r w:rsidRPr="00714868">
        <w:t xml:space="preserve"> </w:t>
      </w:r>
      <w:r w:rsidR="003918F7" w:rsidRPr="00714868">
        <w:t>kur</w:t>
      </w:r>
      <w:r w:rsidR="00390523" w:rsidRPr="00714868">
        <w:t>z všeobecnej športovej prípravy</w:t>
      </w:r>
      <w:r w:rsidR="00010EFF" w:rsidRPr="00714868">
        <w:t>, Adamko hravo-zdravo,</w:t>
      </w:r>
      <w:r w:rsidR="00390523" w:rsidRPr="00714868">
        <w:t xml:space="preserve"> Zdravé oči v MŠ, Logopedický kufor, </w:t>
      </w:r>
      <w:r w:rsidR="003918F7" w:rsidRPr="00714868">
        <w:t>program</w:t>
      </w:r>
      <w:r w:rsidRPr="00714868">
        <w:t>u</w:t>
      </w:r>
      <w:r w:rsidR="003918F7" w:rsidRPr="00714868">
        <w:t xml:space="preserve"> finančnej gramotnosti </w:t>
      </w:r>
      <w:r w:rsidRPr="00714868">
        <w:t xml:space="preserve">pre deti </w:t>
      </w:r>
      <w:r w:rsidR="003918F7" w:rsidRPr="00714868">
        <w:t>– Bystré deti</w:t>
      </w:r>
      <w:r w:rsidR="00B45CDD" w:rsidRPr="00714868">
        <w:t xml:space="preserve">. </w:t>
      </w:r>
      <w:r w:rsidR="003918F7" w:rsidRPr="00714868">
        <w:t xml:space="preserve"> </w:t>
      </w:r>
    </w:p>
    <w:p w14:paraId="6F9D1B48" w14:textId="40BAF9FA" w:rsidR="00B45CDD" w:rsidRPr="00714868" w:rsidRDefault="00B45CDD">
      <w:r w:rsidRPr="00714868">
        <w:lastRenderedPageBreak/>
        <w:t>Spolupracovali sme s fyzioterapeutkou –</w:t>
      </w:r>
      <w:r w:rsidR="00FE22FA" w:rsidRPr="00714868">
        <w:t xml:space="preserve"> program</w:t>
      </w:r>
      <w:r w:rsidRPr="00714868">
        <w:t xml:space="preserve"> Zdravý </w:t>
      </w:r>
      <w:r w:rsidR="00913345" w:rsidRPr="00714868">
        <w:t>chrbát, športovým</w:t>
      </w:r>
      <w:r w:rsidRPr="00714868">
        <w:t xml:space="preserve"> trénerom florbalu, zúčastnili sme sa opäť destkej olympiády orga</w:t>
      </w:r>
      <w:r w:rsidR="00FE22FA" w:rsidRPr="00714868">
        <w:t>nizovanej školským úradom Sereď.</w:t>
      </w:r>
      <w:r w:rsidRPr="00714868">
        <w:t xml:space="preserve"> </w:t>
      </w:r>
    </w:p>
    <w:p w14:paraId="792C7C5C" w14:textId="77777777" w:rsidR="00913345" w:rsidRPr="00714868" w:rsidRDefault="00B45CDD">
      <w:r w:rsidRPr="00714868">
        <w:t xml:space="preserve">Deti predškolských tried </w:t>
      </w:r>
      <w:r w:rsidR="00913345" w:rsidRPr="00714868">
        <w:t xml:space="preserve">boli na exkurzii vo hvezdárni v Hlohovci, na farme v Bojnej a motýlej záhrade vo Vlčkovciach. </w:t>
      </w:r>
    </w:p>
    <w:p w14:paraId="3AABC225" w14:textId="1B1C24AD" w:rsidR="00913345" w:rsidRPr="00714868" w:rsidRDefault="00913345">
      <w:r w:rsidRPr="00714868">
        <w:t xml:space="preserve">V MŠ nám fungujú 3 </w:t>
      </w:r>
      <w:r w:rsidR="00390AFB" w:rsidRPr="00714868">
        <w:t xml:space="preserve">záujmové </w:t>
      </w:r>
      <w:r w:rsidRPr="00714868">
        <w:t>krúžky pre deti</w:t>
      </w:r>
      <w:r w:rsidR="00390AFB" w:rsidRPr="00714868">
        <w:t xml:space="preserve"> predškolských tried.</w:t>
      </w:r>
      <w:r w:rsidRPr="00714868">
        <w:t xml:space="preserve"> </w:t>
      </w:r>
      <w:r w:rsidR="00390AFB" w:rsidRPr="00714868">
        <w:t>V</w:t>
      </w:r>
      <w:r w:rsidRPr="00714868">
        <w:t>ýtvarný a tanečný krúžok</w:t>
      </w:r>
      <w:r w:rsidR="00390AFB" w:rsidRPr="00714868">
        <w:t xml:space="preserve"> </w:t>
      </w:r>
      <w:r w:rsidRPr="00714868">
        <w:t xml:space="preserve">vedú pani učitelky </w:t>
      </w:r>
      <w:r w:rsidR="00743D6A">
        <w:t xml:space="preserve">MŠ p.u </w:t>
      </w:r>
      <w:r w:rsidRPr="00714868">
        <w:t xml:space="preserve">M.Jašková a A.Jávorková a krúžok AJ pod vedením lektorky </w:t>
      </w:r>
      <w:r w:rsidR="009D6287" w:rsidRPr="00714868">
        <w:t xml:space="preserve">jazykovej školy </w:t>
      </w:r>
      <w:r w:rsidRPr="00714868">
        <w:t xml:space="preserve">Dominiky Antal. </w:t>
      </w:r>
    </w:p>
    <w:p w14:paraId="19DA162F" w14:textId="77777777" w:rsidR="00DF706C" w:rsidRPr="00714868" w:rsidRDefault="00913345">
      <w:r w:rsidRPr="00714868">
        <w:t>Okrem externých umelcov ako sú rôzne divadelné zoskupenia</w:t>
      </w:r>
      <w:r w:rsidR="00B67F26" w:rsidRPr="00714868">
        <w:t xml:space="preserve">, sa konali pravidelne bábkové predstavenia pre deti hrané pani učiteľkami podľa aktuálnych tém, </w:t>
      </w:r>
      <w:r w:rsidR="00390AFB" w:rsidRPr="00714868">
        <w:t>ďalej pani</w:t>
      </w:r>
      <w:r w:rsidR="0007650D" w:rsidRPr="00714868">
        <w:t xml:space="preserve"> </w:t>
      </w:r>
      <w:r w:rsidR="00390AFB" w:rsidRPr="00714868">
        <w:t xml:space="preserve">učiteľky </w:t>
      </w:r>
      <w:r w:rsidR="00B67F26" w:rsidRPr="00714868">
        <w:t xml:space="preserve">pripravovali deti na vystúpenia či už do DSS Nezábudka alebo KD, organizovali sa akcie v rámci MŠ ako púšťanie šarkanov, karneval, návšteva knižnice, obecného úradu, </w:t>
      </w:r>
      <w:r w:rsidR="009D6287" w:rsidRPr="00714868">
        <w:t xml:space="preserve">ZŠ, </w:t>
      </w:r>
      <w:r w:rsidR="00B67F26" w:rsidRPr="00714868">
        <w:t xml:space="preserve">stavanie mája, oslavy MDD, týždeň športu, turistické vychádzky do </w:t>
      </w:r>
      <w:r w:rsidR="0007650D" w:rsidRPr="00714868">
        <w:t xml:space="preserve">okolitej </w:t>
      </w:r>
      <w:r w:rsidR="00B67F26" w:rsidRPr="00714868">
        <w:t xml:space="preserve">prírody, rozlúčka s predškolákmi apod. </w:t>
      </w:r>
    </w:p>
    <w:p w14:paraId="6A43CE7F" w14:textId="404C9A33" w:rsidR="00E865EF" w:rsidRDefault="00DF706C">
      <w:r w:rsidRPr="00714868">
        <w:t xml:space="preserve">V mesiaci máj prebehol zápis detí do materskej školy, prijatých bolo 54 žiadostí o prijatie dieťaťa do MŠ. </w:t>
      </w:r>
      <w:r w:rsidR="00913345" w:rsidRPr="00714868">
        <w:t xml:space="preserve">  </w:t>
      </w:r>
      <w:r w:rsidRPr="00714868">
        <w:t xml:space="preserve">K 1.9.2025 bolo prijatých 39detí od 2,5roka, z toho 3deti prestupom. Neprijatých bolo </w:t>
      </w:r>
      <w:r w:rsidR="00195AC8" w:rsidRPr="00714868">
        <w:t>13detí z toho 6detí vo veku 2,5r. z kapacitných dôvodov, 7detí mladších ako 2,5r</w:t>
      </w:r>
      <w:r w:rsidR="00743D6A">
        <w:t>, 2deti nastúpili do inej MŠ.</w:t>
      </w:r>
      <w:r w:rsidR="00010EFF" w:rsidRPr="00714868">
        <w:t xml:space="preserve"> </w:t>
      </w:r>
    </w:p>
    <w:p w14:paraId="4655BBCC" w14:textId="77777777" w:rsidR="00AF0909" w:rsidRPr="00714868" w:rsidRDefault="005533DA">
      <w:pPr>
        <w:pStyle w:val="Nadpis2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t>6. Personálne zabezpečenie</w:t>
      </w:r>
    </w:p>
    <w:p w14:paraId="62125CE5" w14:textId="4B230078" w:rsidR="003918F7" w:rsidRPr="00714868" w:rsidRDefault="003918F7" w:rsidP="003918F7">
      <w:r w:rsidRPr="00714868">
        <w:t>V materskej škole pôsobí</w:t>
      </w:r>
      <w:r w:rsidR="005533DA" w:rsidRPr="00714868">
        <w:t xml:space="preserve"> </w:t>
      </w:r>
      <w:r w:rsidRPr="00714868">
        <w:t>10 kvalifikovaných pedagogických zamestnan</w:t>
      </w:r>
      <w:r w:rsidR="009D6287" w:rsidRPr="00714868">
        <w:t>kýň</w:t>
      </w:r>
      <w:r w:rsidR="005533DA" w:rsidRPr="00714868">
        <w:t>,</w:t>
      </w:r>
      <w:r w:rsidRPr="00714868">
        <w:t xml:space="preserve"> ktoré sa priebežne vzdelávajú </w:t>
      </w:r>
      <w:r w:rsidR="005533DA" w:rsidRPr="00714868">
        <w:t>v oblasti profesijného rozvoja.</w:t>
      </w:r>
      <w:r w:rsidRPr="00714868">
        <w:t xml:space="preserve"> Všetky p.učiteľky absolvovali aktualizačné vzdelávanie, 1 p.u prvú atestáciu, pani zástupkyňa funkčné vzdelávanie. </w:t>
      </w:r>
    </w:p>
    <w:p w14:paraId="30D71DD3" w14:textId="68FB6A07" w:rsidR="00AF0909" w:rsidRPr="00714868" w:rsidRDefault="003918F7">
      <w:r w:rsidRPr="00714868">
        <w:t>V rámci profesijného rozvoja sa zameriavali na</w:t>
      </w:r>
      <w:r w:rsidR="005533DA" w:rsidRPr="00714868">
        <w:t xml:space="preserve"> </w:t>
      </w:r>
      <w:r w:rsidRPr="00714868">
        <w:t>inkluzívny prístup vo výchove a vzdelávaní, vyhľadávanie informácií a zapájali sa do nových aktivít a projektov, uplatňovali inovatívne metódy vo VVČ, posilňovali spo</w:t>
      </w:r>
      <w:r w:rsidR="00B45CDD" w:rsidRPr="00714868">
        <w:t>luprácu s rodičmi a v kolektíve, rozvíjali ovládanie digitálnych technológii a pomôc</w:t>
      </w:r>
      <w:r w:rsidR="00390AFB" w:rsidRPr="00714868">
        <w:t>ok</w:t>
      </w:r>
      <w:r w:rsidR="00B45CDD" w:rsidRPr="00714868">
        <w:t>, prehlbovali poznatky, zlepšovali</w:t>
      </w:r>
      <w:r w:rsidRPr="00714868">
        <w:t xml:space="preserve"> plánovanie a realizáciu vzdelávacích činností</w:t>
      </w:r>
      <w:r w:rsidR="00B45CDD" w:rsidRPr="00714868">
        <w:t>.</w:t>
      </w:r>
      <w:r w:rsidR="00412652" w:rsidRPr="00714868">
        <w:t xml:space="preserve"> Pani učiteľky tiež zabezpečovali úpravu a estetiku v interiéri aj exteriéry MŠ tematickou výzdobou a výstavkami. </w:t>
      </w:r>
      <w:r w:rsidR="005533DA" w:rsidRPr="00714868">
        <w:br/>
        <w:t xml:space="preserve">Neoddeliteľnou súčasťou práce je spolupráca s </w:t>
      </w:r>
      <w:r w:rsidR="00B45CDD" w:rsidRPr="00714868">
        <w:t xml:space="preserve">11 </w:t>
      </w:r>
      <w:r w:rsidR="005533DA" w:rsidRPr="00714868">
        <w:t>nepedagogickými za</w:t>
      </w:r>
      <w:r w:rsidRPr="00714868">
        <w:t xml:space="preserve">mestnancami, ktorí zabezpečujú </w:t>
      </w:r>
      <w:r w:rsidR="009D6287" w:rsidRPr="00714868">
        <w:t xml:space="preserve">úpravu, </w:t>
      </w:r>
      <w:r w:rsidR="005533DA" w:rsidRPr="00714868">
        <w:t>hygienu prostredia</w:t>
      </w:r>
      <w:r w:rsidR="00390AFB" w:rsidRPr="00714868">
        <w:t xml:space="preserve"> a</w:t>
      </w:r>
      <w:r w:rsidRPr="00714868">
        <w:t xml:space="preserve"> stravovani</w:t>
      </w:r>
      <w:r w:rsidR="00743D6A">
        <w:t>e</w:t>
      </w:r>
      <w:r w:rsidR="005533DA" w:rsidRPr="00714868">
        <w:t>.</w:t>
      </w:r>
      <w:r w:rsidR="009D6287" w:rsidRPr="00714868">
        <w:t xml:space="preserve"> </w:t>
      </w:r>
    </w:p>
    <w:p w14:paraId="479FFFB1" w14:textId="77777777" w:rsidR="00AF0909" w:rsidRPr="00714868" w:rsidRDefault="005533DA">
      <w:pPr>
        <w:pStyle w:val="Nadpis2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t>7. Materiálno-technické podmienky</w:t>
      </w:r>
    </w:p>
    <w:p w14:paraId="6021138C" w14:textId="41F06FE0" w:rsidR="00AF0909" w:rsidRDefault="005533DA">
      <w:r w:rsidRPr="00714868">
        <w:t xml:space="preserve">Materská škola má vhodné priestory pre vzdelávanie detí, triedy sú vybavené modernými pomôckami, hračkami a didaktickým materiálom. V uplynulom školskom roku </w:t>
      </w:r>
      <w:r w:rsidR="009D6287" w:rsidRPr="00714868">
        <w:t xml:space="preserve">sa </w:t>
      </w:r>
      <w:r w:rsidRPr="00714868">
        <w:t>obnovili niektoré interiérové vybavenia</w:t>
      </w:r>
      <w:r w:rsidR="00390AFB" w:rsidRPr="00714868">
        <w:t xml:space="preserve">, doplnili sme chýbajúce kryty na radiátori, </w:t>
      </w:r>
      <w:r w:rsidR="00743D6A">
        <w:t xml:space="preserve">priečky medzi detskými toaletami, </w:t>
      </w:r>
      <w:r w:rsidR="004B5A96" w:rsidRPr="00714868">
        <w:t>vymaľovali kuchynky, kabine</w:t>
      </w:r>
      <w:r w:rsidR="00FE22FA" w:rsidRPr="00714868">
        <w:t xml:space="preserve">t, v kabinete sme vymenili </w:t>
      </w:r>
      <w:r w:rsidR="004B5A96" w:rsidRPr="00714868">
        <w:t>starý nábytok za nové policové zostavy, postupne vymieňame dvere v interiér</w:t>
      </w:r>
      <w:r w:rsidR="004776CD" w:rsidRPr="00714868">
        <w:t>i. V exteriéri sme vytvorili pre deti stojisko na bicy</w:t>
      </w:r>
      <w:r w:rsidR="009D6287" w:rsidRPr="00714868">
        <w:t>k</w:t>
      </w:r>
      <w:r w:rsidR="004776CD" w:rsidRPr="00714868">
        <w:t>le, rovnako pre rodičov a návšt</w:t>
      </w:r>
      <w:r w:rsidR="009D6287" w:rsidRPr="00714868">
        <w:t>e</w:t>
      </w:r>
      <w:r w:rsidR="004776CD" w:rsidRPr="00714868">
        <w:t>vníkov MŠ pri hlavnej bráne</w:t>
      </w:r>
      <w:r w:rsidR="009D6287" w:rsidRPr="00714868">
        <w:t>.</w:t>
      </w:r>
      <w:r w:rsidR="004776CD" w:rsidRPr="00714868">
        <w:t xml:space="preserve"> </w:t>
      </w:r>
      <w:r w:rsidR="009D6287" w:rsidRPr="00714868">
        <w:t>Ď</w:t>
      </w:r>
      <w:r w:rsidR="004776CD" w:rsidRPr="00714868">
        <w:t>alej sme</w:t>
      </w:r>
      <w:r w:rsidR="004B5A96" w:rsidRPr="00714868">
        <w:t xml:space="preserve"> dop</w:t>
      </w:r>
      <w:r w:rsidR="009D6287" w:rsidRPr="00714868">
        <w:t>l</w:t>
      </w:r>
      <w:r w:rsidR="004776CD" w:rsidRPr="00714868">
        <w:t>nili</w:t>
      </w:r>
      <w:r w:rsidR="004B5A96" w:rsidRPr="00714868">
        <w:t xml:space="preserve"> športové prvky a náčinie na školský dvor, tu nám pribudli tiež nové hracie prvky – </w:t>
      </w:r>
      <w:r w:rsidR="009D6287" w:rsidRPr="00714868">
        <w:t xml:space="preserve">exteriérové drevenné kuchynky, </w:t>
      </w:r>
      <w:r w:rsidR="004B5A96" w:rsidRPr="00714868">
        <w:t>dopravné prostriedky, zostava</w:t>
      </w:r>
      <w:r w:rsidR="004776CD" w:rsidRPr="00714868">
        <w:t xml:space="preserve"> so šmykľavkou</w:t>
      </w:r>
      <w:r w:rsidR="004B5A96" w:rsidRPr="00714868">
        <w:t xml:space="preserve"> a knižná búdka.  V spolupráci s obcou a rodičovkým združením sme začali s budovaním enviromentálneho kútika, kde máme momentálne vyvýšené záhony, sud na zachytávanie dažďovej vody, hmyzí domček, vysadili sme ta</w:t>
      </w:r>
      <w:r w:rsidR="009D6287" w:rsidRPr="00714868">
        <w:t>m</w:t>
      </w:r>
      <w:r w:rsidR="004B5A96" w:rsidRPr="00714868">
        <w:t xml:space="preserve"> tento rok maliny</w:t>
      </w:r>
      <w:r w:rsidR="00FE22FA" w:rsidRPr="00714868">
        <w:t xml:space="preserve"> a kvetinový</w:t>
      </w:r>
      <w:r w:rsidR="004776CD" w:rsidRPr="00714868">
        <w:t xml:space="preserve"> záhon. </w:t>
      </w:r>
      <w:r w:rsidRPr="00714868">
        <w:lastRenderedPageBreak/>
        <w:t>Školský dvor poskytuje</w:t>
      </w:r>
      <w:r w:rsidR="004776CD" w:rsidRPr="00714868">
        <w:t xml:space="preserve"> deťom</w:t>
      </w:r>
      <w:r w:rsidRPr="00714868">
        <w:t xml:space="preserve"> priestor</w:t>
      </w:r>
      <w:r w:rsidR="004776CD" w:rsidRPr="00714868">
        <w:t xml:space="preserve"> nielen</w:t>
      </w:r>
      <w:r w:rsidRPr="00714868">
        <w:t xml:space="preserve"> pre pohybové a športové </w:t>
      </w:r>
      <w:r w:rsidR="00FE22FA" w:rsidRPr="00714868">
        <w:t>ak</w:t>
      </w:r>
      <w:r w:rsidR="004776CD" w:rsidRPr="00714868">
        <w:t>tivity, rovnako aj priestor na budovanie vzťahu k prírode</w:t>
      </w:r>
      <w:r w:rsidRPr="00714868">
        <w:t>.</w:t>
      </w:r>
    </w:p>
    <w:p w14:paraId="24158C4F" w14:textId="77777777" w:rsidR="00374DC8" w:rsidRPr="00743D6A" w:rsidRDefault="00374DC8" w:rsidP="00374DC8">
      <w:pPr>
        <w:jc w:val="both"/>
        <w:rPr>
          <w:rFonts w:ascii="Calibri" w:hAnsi="Calibri" w:cs="Calibri"/>
          <w:b/>
          <w:u w:val="single"/>
        </w:rPr>
      </w:pPr>
      <w:r w:rsidRPr="00743D6A">
        <w:rPr>
          <w:rFonts w:ascii="Calibri" w:hAnsi="Calibri" w:cs="Calibri"/>
          <w:b/>
          <w:u w:val="single"/>
        </w:rPr>
        <w:t>Finančné a hmotné zabezpečenie:</w:t>
      </w:r>
    </w:p>
    <w:p w14:paraId="05CAEF7F" w14:textId="77777777" w:rsidR="00374DC8" w:rsidRPr="00743D6A" w:rsidRDefault="00374DC8" w:rsidP="00374DC8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Calibri" w:hAnsi="Calibri" w:cs="Calibri"/>
        </w:rPr>
      </w:pPr>
      <w:r w:rsidRPr="00743D6A">
        <w:rPr>
          <w:rFonts w:ascii="Calibri" w:hAnsi="Calibri" w:cs="Calibri"/>
        </w:rPr>
        <w:t xml:space="preserve">Vlastné príjmy: príspevky na čiastočnú úhradu nákladov spojených s hmotným zabezpečením školy od zákonných zástupcov a režijné príspevky na stravovanie boli nasledovné: </w:t>
      </w:r>
    </w:p>
    <w:p w14:paraId="69B476CF" w14:textId="3A3510D6" w:rsidR="00374DC8" w:rsidRPr="00743D6A" w:rsidRDefault="00374DC8" w:rsidP="00374DC8">
      <w:pPr>
        <w:suppressAutoHyphens/>
        <w:spacing w:after="0" w:line="240" w:lineRule="auto"/>
        <w:ind w:left="720"/>
        <w:jc w:val="both"/>
        <w:rPr>
          <w:rFonts w:ascii="Calibri" w:hAnsi="Calibri" w:cs="Calibri"/>
        </w:rPr>
      </w:pPr>
      <w:r w:rsidRPr="00743D6A">
        <w:rPr>
          <w:rFonts w:ascii="Calibri" w:hAnsi="Calibri" w:cs="Calibri"/>
        </w:rPr>
        <w:t xml:space="preserve">od 1.septembra 2024 do 31.augusta 2025 to bola suma </w:t>
      </w:r>
      <w:r w:rsidR="00281C85" w:rsidRPr="00743D6A">
        <w:rPr>
          <w:rFonts w:ascii="Calibri" w:hAnsi="Calibri" w:cs="Calibri"/>
        </w:rPr>
        <w:t>34 651,32</w:t>
      </w:r>
      <w:r w:rsidRPr="00743D6A">
        <w:rPr>
          <w:rFonts w:ascii="Calibri" w:hAnsi="Calibri" w:cs="Calibri"/>
        </w:rPr>
        <w:t xml:space="preserve"> €.</w:t>
      </w:r>
    </w:p>
    <w:p w14:paraId="0EE22717" w14:textId="77777777" w:rsidR="00374DC8" w:rsidRPr="00743D6A" w:rsidRDefault="00374DC8" w:rsidP="00374DC8">
      <w:pPr>
        <w:numPr>
          <w:ilvl w:val="0"/>
          <w:numId w:val="10"/>
        </w:numPr>
        <w:suppressAutoHyphens/>
        <w:spacing w:after="0" w:line="240" w:lineRule="auto"/>
        <w:jc w:val="both"/>
        <w:rPr>
          <w:rFonts w:ascii="Calibri" w:hAnsi="Calibri" w:cs="Calibri"/>
        </w:rPr>
      </w:pPr>
      <w:r w:rsidRPr="00743D6A">
        <w:rPr>
          <w:rFonts w:ascii="Calibri" w:hAnsi="Calibri" w:cs="Calibri"/>
        </w:rPr>
        <w:t>Príspevok na výchovu a vzdelávanie detí z Ministerstva školstva:</w:t>
      </w:r>
    </w:p>
    <w:p w14:paraId="4B3EC14F" w14:textId="31951556" w:rsidR="00374DC8" w:rsidRPr="00743D6A" w:rsidRDefault="00374DC8" w:rsidP="00374DC8">
      <w:pPr>
        <w:suppressAutoHyphens/>
        <w:spacing w:after="0" w:line="240" w:lineRule="auto"/>
        <w:ind w:left="720"/>
        <w:jc w:val="both"/>
        <w:rPr>
          <w:rFonts w:ascii="Calibri" w:hAnsi="Calibri" w:cs="Calibri"/>
        </w:rPr>
      </w:pPr>
      <w:r w:rsidRPr="00743D6A">
        <w:rPr>
          <w:rFonts w:ascii="Calibri" w:hAnsi="Calibri" w:cs="Calibri"/>
        </w:rPr>
        <w:t xml:space="preserve">od septembra 2024  do augusta 2025 </w:t>
      </w:r>
      <w:r w:rsidR="00281C85" w:rsidRPr="00743D6A">
        <w:rPr>
          <w:rFonts w:ascii="Calibri" w:hAnsi="Calibri" w:cs="Calibri"/>
        </w:rPr>
        <w:t>bol 15 211</w:t>
      </w:r>
      <w:r w:rsidRPr="00743D6A">
        <w:rPr>
          <w:rFonts w:ascii="Calibri" w:hAnsi="Calibri" w:cs="Calibri"/>
        </w:rPr>
        <w:t>€.</w:t>
      </w:r>
    </w:p>
    <w:p w14:paraId="0E350BE2" w14:textId="77777777" w:rsidR="00374DC8" w:rsidRPr="00714868" w:rsidRDefault="00374DC8"/>
    <w:p w14:paraId="6FF7D16D" w14:textId="77777777" w:rsidR="00AF0909" w:rsidRPr="00714868" w:rsidRDefault="005533DA">
      <w:pPr>
        <w:pStyle w:val="Nadpis2"/>
        <w:rPr>
          <w:rFonts w:asciiTheme="minorHAnsi" w:hAnsiTheme="minorHAnsi"/>
          <w:sz w:val="22"/>
          <w:szCs w:val="22"/>
        </w:rPr>
      </w:pPr>
      <w:r w:rsidRPr="00714868">
        <w:rPr>
          <w:rFonts w:asciiTheme="minorHAnsi" w:hAnsiTheme="minorHAnsi"/>
          <w:sz w:val="22"/>
          <w:szCs w:val="22"/>
        </w:rPr>
        <w:t>8. Analýza a hodnotenie</w:t>
      </w:r>
    </w:p>
    <w:p w14:paraId="7A20912A" w14:textId="1364EFD9" w:rsidR="00DF706C" w:rsidRPr="00714868" w:rsidRDefault="005533DA" w:rsidP="00DF706C">
      <w:pPr>
        <w:ind w:left="2160" w:hanging="2160"/>
      </w:pPr>
      <w:r w:rsidRPr="00714868">
        <w:t>Silné stránky:</w:t>
      </w:r>
      <w:r w:rsidR="00DF706C" w:rsidRPr="00714868">
        <w:tab/>
      </w:r>
      <w:r w:rsidR="00FE22FA" w:rsidRPr="00714868">
        <w:t>kvalitný pedagogický</w:t>
      </w:r>
      <w:r w:rsidRPr="00714868">
        <w:t xml:space="preserve"> </w:t>
      </w:r>
      <w:r w:rsidR="00412652" w:rsidRPr="00714868">
        <w:t xml:space="preserve">i nepedagogický </w:t>
      </w:r>
      <w:r w:rsidRPr="00714868">
        <w:t>kolektív, pozitívna spolupráca s rodičmi</w:t>
      </w:r>
      <w:r w:rsidR="00412652" w:rsidRPr="00714868">
        <w:t xml:space="preserve"> a inštitúciami, </w:t>
      </w:r>
      <w:r w:rsidRPr="00714868">
        <w:t>dobrá úroveň materiálneho vybavenia.</w:t>
      </w:r>
    </w:p>
    <w:p w14:paraId="7C651D5C" w14:textId="77777777" w:rsidR="00DF706C" w:rsidRPr="00714868" w:rsidRDefault="005533DA" w:rsidP="00DF706C">
      <w:pPr>
        <w:ind w:left="2160" w:hanging="2160"/>
      </w:pPr>
      <w:r w:rsidRPr="00714868">
        <w:t>Slabé stránky:</w:t>
      </w:r>
      <w:r w:rsidR="00DF706C" w:rsidRPr="00714868">
        <w:tab/>
      </w:r>
      <w:r w:rsidRPr="00714868">
        <w:t>potreba modernizácie priestorov</w:t>
      </w:r>
      <w:r w:rsidR="00412652" w:rsidRPr="00714868">
        <w:t xml:space="preserve"> – elektroinštaláci</w:t>
      </w:r>
      <w:r w:rsidR="00DF706C" w:rsidRPr="00714868">
        <w:t>a</w:t>
      </w:r>
      <w:r w:rsidR="00412652" w:rsidRPr="00714868">
        <w:t xml:space="preserve">, oprava kanalizácie, výmena svietidiel, rekonštrukcia kuchyne. </w:t>
      </w:r>
    </w:p>
    <w:p w14:paraId="112A2E33" w14:textId="0A389EF8" w:rsidR="00AF0909" w:rsidRPr="00714868" w:rsidRDefault="005533DA" w:rsidP="00DF706C">
      <w:pPr>
        <w:ind w:left="2160" w:hanging="2160"/>
      </w:pPr>
      <w:r w:rsidRPr="00714868">
        <w:t xml:space="preserve">Odporúčania: </w:t>
      </w:r>
      <w:r w:rsidR="00DF706C" w:rsidRPr="00714868">
        <w:tab/>
      </w:r>
      <w:r w:rsidRPr="00714868">
        <w:t>pokračovať v profesijnom rozvoji pedagógov</w:t>
      </w:r>
      <w:r w:rsidR="00DF706C" w:rsidRPr="00714868">
        <w:t>, v</w:t>
      </w:r>
      <w:r w:rsidRPr="00714868">
        <w:t xml:space="preserve"> zlepšova</w:t>
      </w:r>
      <w:r w:rsidR="00DF706C" w:rsidRPr="00714868">
        <w:t>ní</w:t>
      </w:r>
      <w:r w:rsidRPr="00714868">
        <w:t xml:space="preserve"> materiáln</w:t>
      </w:r>
      <w:r w:rsidR="00DF706C" w:rsidRPr="00714868">
        <w:t xml:space="preserve">ych </w:t>
      </w:r>
      <w:r w:rsidRPr="00714868">
        <w:t>podmienk</w:t>
      </w:r>
      <w:r w:rsidR="00DF706C" w:rsidRPr="00714868">
        <w:t>om, hľadať možnosti a zdroje na modernizáciu</w:t>
      </w:r>
      <w:r w:rsidRPr="00714868">
        <w:t xml:space="preserve"> </w:t>
      </w:r>
    </w:p>
    <w:p w14:paraId="65A398E6" w14:textId="2F9F7A6C" w:rsidR="00AF0909" w:rsidRPr="00714868" w:rsidRDefault="00AF0909"/>
    <w:p w14:paraId="3C713F09" w14:textId="56BE37E0" w:rsidR="00714868" w:rsidRDefault="00714868"/>
    <w:p w14:paraId="5A72793F" w14:textId="74A23CCD" w:rsidR="006F1AAD" w:rsidRDefault="006F1AAD"/>
    <w:p w14:paraId="0F03794A" w14:textId="1350C641" w:rsidR="006F1AAD" w:rsidRDefault="006F1AAD"/>
    <w:p w14:paraId="1CD27233" w14:textId="5073C60C" w:rsidR="006F1AAD" w:rsidRDefault="006F1AAD"/>
    <w:p w14:paraId="0481AB0E" w14:textId="79BE5F52" w:rsidR="006F1AAD" w:rsidRDefault="006F1AAD">
      <w:r w:rsidRPr="006F1AAD">
        <w:t xml:space="preserve">Vypracovala: </w:t>
      </w:r>
      <w:r w:rsidRPr="006F1AAD">
        <w:tab/>
        <w:t>Mgr.Zuzana Mrenková</w:t>
      </w:r>
    </w:p>
    <w:p w14:paraId="175BC2E1" w14:textId="364FEF68" w:rsidR="001159DD" w:rsidRDefault="001159DD"/>
    <w:p w14:paraId="33A02F11" w14:textId="233A6131" w:rsidR="001159DD" w:rsidRDefault="001159DD"/>
    <w:p w14:paraId="11AF4941" w14:textId="0C99FBC9" w:rsidR="001159DD" w:rsidRDefault="001159DD"/>
    <w:p w14:paraId="0A5D1834" w14:textId="30762FA0" w:rsidR="001159DD" w:rsidRDefault="001159DD"/>
    <w:p w14:paraId="410DD176" w14:textId="4A296885" w:rsidR="001159DD" w:rsidRDefault="001159DD"/>
    <w:p w14:paraId="319B8930" w14:textId="36EACC3B" w:rsidR="001159DD" w:rsidRDefault="001159DD"/>
    <w:p w14:paraId="68A9CC72" w14:textId="55152986" w:rsidR="001159DD" w:rsidRDefault="001159DD"/>
    <w:p w14:paraId="27E6DA0A" w14:textId="5E477BBC" w:rsidR="001159DD" w:rsidRDefault="001159DD"/>
    <w:p w14:paraId="7762CDC9" w14:textId="15AD8BD1" w:rsidR="001159DD" w:rsidRPr="00714868" w:rsidRDefault="001159DD" w:rsidP="001159DD">
      <w:pPr>
        <w:spacing w:after="0"/>
      </w:pPr>
    </w:p>
    <w:sectPr w:rsidR="001159DD" w:rsidRPr="00714868" w:rsidSect="0007650D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num w:numId="1" w16cid:durableId="799374233">
    <w:abstractNumId w:val="8"/>
  </w:num>
  <w:num w:numId="2" w16cid:durableId="1410229445">
    <w:abstractNumId w:val="6"/>
  </w:num>
  <w:num w:numId="3" w16cid:durableId="1669751933">
    <w:abstractNumId w:val="5"/>
  </w:num>
  <w:num w:numId="4" w16cid:durableId="1793208146">
    <w:abstractNumId w:val="4"/>
  </w:num>
  <w:num w:numId="5" w16cid:durableId="1272398489">
    <w:abstractNumId w:val="7"/>
  </w:num>
  <w:num w:numId="6" w16cid:durableId="653416072">
    <w:abstractNumId w:val="3"/>
  </w:num>
  <w:num w:numId="7" w16cid:durableId="1523664960">
    <w:abstractNumId w:val="2"/>
  </w:num>
  <w:num w:numId="8" w16cid:durableId="701981467">
    <w:abstractNumId w:val="1"/>
  </w:num>
  <w:num w:numId="9" w16cid:durableId="1020355676">
    <w:abstractNumId w:val="0"/>
  </w:num>
  <w:num w:numId="10" w16cid:durableId="85323237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10EFF"/>
    <w:rsid w:val="00034616"/>
    <w:rsid w:val="0006063C"/>
    <w:rsid w:val="0007650D"/>
    <w:rsid w:val="000D6BD8"/>
    <w:rsid w:val="000F06B1"/>
    <w:rsid w:val="001159DD"/>
    <w:rsid w:val="0015074B"/>
    <w:rsid w:val="00195AC8"/>
    <w:rsid w:val="00281C85"/>
    <w:rsid w:val="0029639D"/>
    <w:rsid w:val="00326F90"/>
    <w:rsid w:val="00374DC8"/>
    <w:rsid w:val="00390523"/>
    <w:rsid w:val="00390AFB"/>
    <w:rsid w:val="003918F7"/>
    <w:rsid w:val="003C5E95"/>
    <w:rsid w:val="00412652"/>
    <w:rsid w:val="004776CD"/>
    <w:rsid w:val="004B5A96"/>
    <w:rsid w:val="005533DA"/>
    <w:rsid w:val="0058729F"/>
    <w:rsid w:val="005E3489"/>
    <w:rsid w:val="006F1AAD"/>
    <w:rsid w:val="00714868"/>
    <w:rsid w:val="00743D6A"/>
    <w:rsid w:val="008162B2"/>
    <w:rsid w:val="00913345"/>
    <w:rsid w:val="009D6287"/>
    <w:rsid w:val="00AA1D8D"/>
    <w:rsid w:val="00AC421A"/>
    <w:rsid w:val="00AF0909"/>
    <w:rsid w:val="00B45CDD"/>
    <w:rsid w:val="00B47730"/>
    <w:rsid w:val="00B67F26"/>
    <w:rsid w:val="00B77109"/>
    <w:rsid w:val="00B91282"/>
    <w:rsid w:val="00BB7F90"/>
    <w:rsid w:val="00C91745"/>
    <w:rsid w:val="00CB0664"/>
    <w:rsid w:val="00D60E17"/>
    <w:rsid w:val="00D9579F"/>
    <w:rsid w:val="00DF706C"/>
    <w:rsid w:val="00E62ACA"/>
    <w:rsid w:val="00E80D8C"/>
    <w:rsid w:val="00E865EF"/>
    <w:rsid w:val="00E903AA"/>
    <w:rsid w:val="00F46A57"/>
    <w:rsid w:val="00FC693F"/>
    <w:rsid w:val="00FE2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70B3DE"/>
  <w14:defaultImageDpi w14:val="330"/>
  <w15:docId w15:val="{314A6E2C-8DAF-461A-9047-D13B847A5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bubliny">
    <w:name w:val="Balloon Text"/>
    <w:basedOn w:val="Normlny"/>
    <w:link w:val="TextbublinyChar"/>
    <w:uiPriority w:val="99"/>
    <w:semiHidden/>
    <w:unhideWhenUsed/>
    <w:rsid w:val="00FE22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E22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C3CDE84-5772-4D51-A58B-3E7ECD345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1679</Words>
  <Characters>9573</Characters>
  <Application>Microsoft Office Word</Application>
  <DocSecurity>0</DocSecurity>
  <Lines>79</Lines>
  <Paragraphs>22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11230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Dell</cp:lastModifiedBy>
  <cp:revision>2</cp:revision>
  <cp:lastPrinted>2025-10-29T10:19:00Z</cp:lastPrinted>
  <dcterms:created xsi:type="dcterms:W3CDTF">2025-11-03T12:38:00Z</dcterms:created>
  <dcterms:modified xsi:type="dcterms:W3CDTF">2025-11-03T12:38:00Z</dcterms:modified>
  <cp:category/>
</cp:coreProperties>
</file>